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Carrying in Two-Digit Addition</w:t>
      </w:r>
    </w:p>
    <w:p>
      <w:pPr>
        <w:spacing w:after="200"/>
        <w:jc w:val="center"/>
      </w:pPr>
      <w:r>
        <w:rPr>
          <w:b w:val="0"/>
          <w:i/>
          <w:sz w:val="20"/>
        </w:rPr>
        <w:t>5/6 Mathematics  -  Carry the One: Adding with Regrouping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Estimate, then solve: 46 + 38.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In 46 + 38, you carried a 1. What is that 1 worth? Explain.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Solve 37 + 45 + 29. How many tens did you carry?</w:t>
      </w:r>
    </w:p>
    <w:p>
      <w:pPr>
        <w:spacing w:after="80"/>
      </w:pPr>
      <w:r>
        <w:rPr>
          <w:b w:val="0"/>
          <w:i/>
          <w:sz w:val="18"/>
        </w:rPr>
        <w:t>(Grade 5/6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carry a ten and explain what it means.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